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7FAED" w14:textId="77777777" w:rsidR="003B7412" w:rsidRDefault="00E20734">
      <w:r>
        <w:rPr>
          <w:noProof/>
        </w:rPr>
        <w:drawing>
          <wp:inline distT="0" distB="0" distL="0" distR="0" wp14:anchorId="0A49C532" wp14:editId="4B1ED54C">
            <wp:extent cx="2880000" cy="190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čK-logo-ne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DC36" w14:textId="77777777" w:rsidR="003644D3" w:rsidRDefault="003644D3">
      <w:pPr>
        <w:rPr>
          <w:b/>
          <w:sz w:val="40"/>
          <w:szCs w:val="40"/>
        </w:rPr>
      </w:pPr>
    </w:p>
    <w:p w14:paraId="1FB21F9D" w14:textId="77777777" w:rsidR="003644D3" w:rsidRDefault="00E20734">
      <w:pPr>
        <w:rPr>
          <w:b/>
          <w:sz w:val="40"/>
          <w:szCs w:val="40"/>
        </w:rPr>
      </w:pPr>
      <w:proofErr w:type="spellStart"/>
      <w:r w:rsidRPr="003644D3">
        <w:rPr>
          <w:b/>
          <w:color w:val="000000" w:themeColor="text1"/>
          <w:sz w:val="40"/>
          <w:szCs w:val="40"/>
        </w:rPr>
        <w:t>Název</w:t>
      </w:r>
      <w:proofErr w:type="spellEnd"/>
      <w:r w:rsidRPr="003644D3">
        <w:rPr>
          <w:b/>
          <w:color w:val="000000" w:themeColor="text1"/>
          <w:sz w:val="40"/>
          <w:szCs w:val="40"/>
        </w:rPr>
        <w:t xml:space="preserve"> </w:t>
      </w:r>
      <w:proofErr w:type="spellStart"/>
      <w:r w:rsidRPr="003644D3">
        <w:rPr>
          <w:b/>
          <w:color w:val="000000" w:themeColor="text1"/>
          <w:sz w:val="40"/>
          <w:szCs w:val="40"/>
        </w:rPr>
        <w:t>akce</w:t>
      </w:r>
      <w:proofErr w:type="spellEnd"/>
      <w:r w:rsidRPr="003644D3">
        <w:rPr>
          <w:b/>
          <w:color w:val="000000" w:themeColor="text1"/>
          <w:sz w:val="40"/>
          <w:szCs w:val="40"/>
        </w:rPr>
        <w:t xml:space="preserve">: </w:t>
      </w:r>
      <w:proofErr w:type="spellStart"/>
      <w:r w:rsidRPr="003644D3">
        <w:rPr>
          <w:b/>
          <w:sz w:val="40"/>
          <w:szCs w:val="40"/>
        </w:rPr>
        <w:t>Přístavba</w:t>
      </w:r>
      <w:proofErr w:type="spellEnd"/>
      <w:r w:rsidRPr="003644D3">
        <w:rPr>
          <w:b/>
          <w:sz w:val="40"/>
          <w:szCs w:val="40"/>
        </w:rPr>
        <w:t xml:space="preserve"> OÚ </w:t>
      </w:r>
      <w:proofErr w:type="spellStart"/>
      <w:r w:rsidRPr="003644D3">
        <w:rPr>
          <w:b/>
          <w:sz w:val="40"/>
          <w:szCs w:val="40"/>
        </w:rPr>
        <w:t>Řemíčov</w:t>
      </w:r>
      <w:proofErr w:type="spellEnd"/>
      <w:r w:rsidRPr="003644D3">
        <w:rPr>
          <w:b/>
          <w:sz w:val="40"/>
          <w:szCs w:val="40"/>
        </w:rPr>
        <w:t xml:space="preserve"> č.p. 37</w:t>
      </w:r>
    </w:p>
    <w:p w14:paraId="5CA89C00" w14:textId="77777777" w:rsidR="003644D3" w:rsidRDefault="00E20734">
      <w:pPr>
        <w:rPr>
          <w:b/>
          <w:bCs/>
          <w:sz w:val="40"/>
          <w:szCs w:val="40"/>
        </w:rPr>
      </w:pPr>
      <w:r w:rsidRPr="003644D3">
        <w:rPr>
          <w:sz w:val="40"/>
          <w:szCs w:val="40"/>
        </w:rPr>
        <w:br/>
      </w:r>
      <w:proofErr w:type="spellStart"/>
      <w:r w:rsidRPr="003644D3">
        <w:rPr>
          <w:b/>
          <w:sz w:val="40"/>
          <w:szCs w:val="40"/>
        </w:rPr>
        <w:t>Poskytovatel</w:t>
      </w:r>
      <w:proofErr w:type="spellEnd"/>
      <w:r w:rsidRPr="003644D3">
        <w:rPr>
          <w:b/>
          <w:sz w:val="40"/>
          <w:szCs w:val="40"/>
        </w:rPr>
        <w:t xml:space="preserve"> </w:t>
      </w:r>
      <w:proofErr w:type="spellStart"/>
      <w:r w:rsidRPr="003644D3">
        <w:rPr>
          <w:b/>
          <w:sz w:val="40"/>
          <w:szCs w:val="40"/>
        </w:rPr>
        <w:t>dotace</w:t>
      </w:r>
      <w:proofErr w:type="spellEnd"/>
      <w:r w:rsidRPr="003644D3">
        <w:rPr>
          <w:b/>
          <w:sz w:val="40"/>
          <w:szCs w:val="40"/>
        </w:rPr>
        <w:t xml:space="preserve">: </w:t>
      </w:r>
      <w:proofErr w:type="spellStart"/>
      <w:r w:rsidRPr="003644D3">
        <w:rPr>
          <w:b/>
          <w:bCs/>
          <w:sz w:val="40"/>
          <w:szCs w:val="40"/>
        </w:rPr>
        <w:t>Jihočeský</w:t>
      </w:r>
      <w:proofErr w:type="spellEnd"/>
      <w:r w:rsidRPr="003644D3">
        <w:rPr>
          <w:b/>
          <w:bCs/>
          <w:sz w:val="40"/>
          <w:szCs w:val="40"/>
        </w:rPr>
        <w:t xml:space="preserve"> </w:t>
      </w:r>
      <w:proofErr w:type="spellStart"/>
      <w:r w:rsidRPr="003644D3">
        <w:rPr>
          <w:b/>
          <w:bCs/>
          <w:sz w:val="40"/>
          <w:szCs w:val="40"/>
        </w:rPr>
        <w:t>kraj</w:t>
      </w:r>
      <w:proofErr w:type="spellEnd"/>
    </w:p>
    <w:p w14:paraId="7B0EA790" w14:textId="77777777" w:rsidR="003644D3" w:rsidRDefault="00E20734">
      <w:pPr>
        <w:rPr>
          <w:b/>
          <w:bCs/>
          <w:sz w:val="40"/>
          <w:szCs w:val="40"/>
        </w:rPr>
      </w:pPr>
      <w:r w:rsidRPr="003644D3">
        <w:rPr>
          <w:b/>
          <w:bCs/>
          <w:sz w:val="40"/>
          <w:szCs w:val="40"/>
        </w:rPr>
        <w:br/>
      </w:r>
      <w:r w:rsidRPr="003644D3">
        <w:rPr>
          <w:b/>
          <w:bCs/>
          <w:sz w:val="40"/>
          <w:szCs w:val="40"/>
        </w:rPr>
        <w:t xml:space="preserve">Dotační titul: </w:t>
      </w:r>
      <w:r w:rsidRPr="003644D3">
        <w:rPr>
          <w:b/>
          <w:bCs/>
          <w:sz w:val="40"/>
          <w:szCs w:val="40"/>
        </w:rPr>
        <w:t xml:space="preserve">Krajský </w:t>
      </w:r>
      <w:proofErr w:type="spellStart"/>
      <w:r w:rsidRPr="003644D3">
        <w:rPr>
          <w:b/>
          <w:bCs/>
          <w:sz w:val="40"/>
          <w:szCs w:val="40"/>
        </w:rPr>
        <w:t>investiční</w:t>
      </w:r>
      <w:proofErr w:type="spellEnd"/>
      <w:r w:rsidRPr="003644D3">
        <w:rPr>
          <w:b/>
          <w:bCs/>
          <w:sz w:val="40"/>
          <w:szCs w:val="40"/>
        </w:rPr>
        <w:t xml:space="preserve"> fond </w:t>
      </w:r>
      <w:proofErr w:type="spellStart"/>
      <w:r w:rsidRPr="003644D3">
        <w:rPr>
          <w:b/>
          <w:bCs/>
          <w:sz w:val="40"/>
          <w:szCs w:val="40"/>
        </w:rPr>
        <w:t>Jihočeského</w:t>
      </w:r>
      <w:proofErr w:type="spellEnd"/>
      <w:r w:rsidRPr="003644D3">
        <w:rPr>
          <w:b/>
          <w:bCs/>
          <w:sz w:val="40"/>
          <w:szCs w:val="40"/>
        </w:rPr>
        <w:t xml:space="preserve"> </w:t>
      </w:r>
      <w:proofErr w:type="spellStart"/>
      <w:r w:rsidRPr="003644D3">
        <w:rPr>
          <w:b/>
          <w:bCs/>
          <w:sz w:val="40"/>
          <w:szCs w:val="40"/>
        </w:rPr>
        <w:t>kraje</w:t>
      </w:r>
      <w:proofErr w:type="spellEnd"/>
    </w:p>
    <w:p w14:paraId="2F1DA813" w14:textId="4B75A383" w:rsidR="003B7412" w:rsidRPr="003644D3" w:rsidRDefault="00E20734">
      <w:pPr>
        <w:rPr>
          <w:b/>
          <w:bCs/>
          <w:sz w:val="40"/>
          <w:szCs w:val="40"/>
        </w:rPr>
      </w:pPr>
      <w:r w:rsidRPr="003644D3">
        <w:rPr>
          <w:b/>
          <w:bCs/>
          <w:sz w:val="40"/>
          <w:szCs w:val="40"/>
        </w:rPr>
        <w:br/>
      </w:r>
      <w:r w:rsidRPr="003644D3">
        <w:rPr>
          <w:b/>
          <w:bCs/>
          <w:sz w:val="40"/>
          <w:szCs w:val="40"/>
        </w:rPr>
        <w:t xml:space="preserve">Rok realizace: </w:t>
      </w:r>
      <w:r w:rsidRPr="003644D3">
        <w:rPr>
          <w:b/>
          <w:bCs/>
          <w:sz w:val="40"/>
          <w:szCs w:val="40"/>
        </w:rPr>
        <w:t>2025</w:t>
      </w:r>
    </w:p>
    <w:p w14:paraId="1FC5A9A9" w14:textId="4D90C55B" w:rsidR="003B7412" w:rsidRPr="003644D3" w:rsidRDefault="003B7412">
      <w:pPr>
        <w:rPr>
          <w:sz w:val="40"/>
          <w:szCs w:val="40"/>
        </w:rPr>
      </w:pPr>
    </w:p>
    <w:p w14:paraId="7D0A7A2E" w14:textId="77777777" w:rsidR="003B7412" w:rsidRDefault="00E20734">
      <w:pPr>
        <w:pStyle w:val="Nadpis2"/>
      </w:pPr>
      <w:r>
        <w:t>Popis projektu</w:t>
      </w:r>
    </w:p>
    <w:p w14:paraId="15FE22FC" w14:textId="357FDBA0" w:rsidR="003B7412" w:rsidRPr="003644D3" w:rsidRDefault="00E20734">
      <w:pPr>
        <w:rPr>
          <w:sz w:val="32"/>
          <w:szCs w:val="32"/>
        </w:rPr>
      </w:pPr>
      <w:r w:rsidRPr="003644D3">
        <w:rPr>
          <w:sz w:val="32"/>
          <w:szCs w:val="32"/>
        </w:rPr>
        <w:t xml:space="preserve">Projekt „Přístavba OÚ Řemíčov č.p. </w:t>
      </w:r>
      <w:proofErr w:type="gramStart"/>
      <w:r w:rsidRPr="003644D3">
        <w:rPr>
          <w:sz w:val="32"/>
          <w:szCs w:val="32"/>
        </w:rPr>
        <w:t>37“ byl</w:t>
      </w:r>
      <w:proofErr w:type="gramEnd"/>
      <w:r w:rsidRPr="003644D3">
        <w:rPr>
          <w:sz w:val="32"/>
          <w:szCs w:val="32"/>
        </w:rPr>
        <w:t xml:space="preserve"> realizován za finanční podpory Jihočeského kraje v rámci Krajského investičního fondu Jihočeského kraje pro rok 2025. Cílem projektu bylo rozšíření prostor obecního úřadu Řemíčov a zlepšení technických a </w:t>
      </w:r>
      <w:proofErr w:type="spellStart"/>
      <w:r w:rsidRPr="003644D3">
        <w:rPr>
          <w:sz w:val="32"/>
          <w:szCs w:val="32"/>
        </w:rPr>
        <w:t>provozních</w:t>
      </w:r>
      <w:proofErr w:type="spellEnd"/>
      <w:r w:rsidRPr="003644D3">
        <w:rPr>
          <w:sz w:val="32"/>
          <w:szCs w:val="32"/>
        </w:rPr>
        <w:t xml:space="preserve"> </w:t>
      </w:r>
      <w:proofErr w:type="spellStart"/>
      <w:r w:rsidRPr="003644D3">
        <w:rPr>
          <w:sz w:val="32"/>
          <w:szCs w:val="32"/>
        </w:rPr>
        <w:t>podmínek</w:t>
      </w:r>
      <w:proofErr w:type="spellEnd"/>
      <w:r w:rsidRPr="003644D3">
        <w:rPr>
          <w:sz w:val="32"/>
          <w:szCs w:val="32"/>
        </w:rPr>
        <w:t xml:space="preserve"> pro </w:t>
      </w:r>
      <w:proofErr w:type="spellStart"/>
      <w:r w:rsidRPr="003644D3">
        <w:rPr>
          <w:sz w:val="32"/>
          <w:szCs w:val="32"/>
        </w:rPr>
        <w:t>výkon</w:t>
      </w:r>
      <w:proofErr w:type="spellEnd"/>
      <w:r w:rsidRPr="003644D3">
        <w:rPr>
          <w:sz w:val="32"/>
          <w:szCs w:val="32"/>
        </w:rPr>
        <w:t xml:space="preserve"> </w:t>
      </w:r>
      <w:proofErr w:type="spellStart"/>
      <w:r w:rsidRPr="003644D3">
        <w:rPr>
          <w:sz w:val="32"/>
          <w:szCs w:val="32"/>
        </w:rPr>
        <w:t>veřejné</w:t>
      </w:r>
      <w:proofErr w:type="spellEnd"/>
      <w:r w:rsidRPr="003644D3">
        <w:rPr>
          <w:sz w:val="32"/>
          <w:szCs w:val="32"/>
        </w:rPr>
        <w:t xml:space="preserve"> </w:t>
      </w:r>
      <w:proofErr w:type="spellStart"/>
      <w:r w:rsidRPr="003644D3">
        <w:rPr>
          <w:sz w:val="32"/>
          <w:szCs w:val="32"/>
        </w:rPr>
        <w:t>správy</w:t>
      </w:r>
      <w:proofErr w:type="spellEnd"/>
      <w:r w:rsidR="005635BF" w:rsidRPr="003644D3">
        <w:rPr>
          <w:sz w:val="32"/>
          <w:szCs w:val="32"/>
        </w:rPr>
        <w:t xml:space="preserve"> a </w:t>
      </w:r>
      <w:proofErr w:type="spellStart"/>
      <w:r w:rsidR="005635BF" w:rsidRPr="003644D3">
        <w:rPr>
          <w:sz w:val="32"/>
          <w:szCs w:val="32"/>
        </w:rPr>
        <w:t>komunitních</w:t>
      </w:r>
      <w:proofErr w:type="spellEnd"/>
      <w:r w:rsidR="005635BF" w:rsidRPr="003644D3">
        <w:rPr>
          <w:sz w:val="32"/>
          <w:szCs w:val="32"/>
        </w:rPr>
        <w:t xml:space="preserve"> </w:t>
      </w:r>
      <w:proofErr w:type="spellStart"/>
      <w:r w:rsidR="005635BF" w:rsidRPr="003644D3">
        <w:rPr>
          <w:sz w:val="32"/>
          <w:szCs w:val="32"/>
        </w:rPr>
        <w:t>služeb</w:t>
      </w:r>
      <w:proofErr w:type="spellEnd"/>
      <w:r w:rsidR="005635BF" w:rsidRPr="003644D3">
        <w:rPr>
          <w:sz w:val="32"/>
          <w:szCs w:val="32"/>
        </w:rPr>
        <w:t xml:space="preserve"> v </w:t>
      </w:r>
      <w:proofErr w:type="spellStart"/>
      <w:r w:rsidR="005635BF" w:rsidRPr="003644D3">
        <w:rPr>
          <w:sz w:val="32"/>
          <w:szCs w:val="32"/>
        </w:rPr>
        <w:t>obci</w:t>
      </w:r>
      <w:proofErr w:type="spellEnd"/>
      <w:r w:rsidR="005635BF" w:rsidRPr="003644D3">
        <w:rPr>
          <w:sz w:val="32"/>
          <w:szCs w:val="32"/>
        </w:rPr>
        <w:t xml:space="preserve"> </w:t>
      </w:r>
      <w:proofErr w:type="spellStart"/>
      <w:r w:rsidR="005635BF" w:rsidRPr="003644D3">
        <w:rPr>
          <w:sz w:val="32"/>
          <w:szCs w:val="32"/>
        </w:rPr>
        <w:t>Řemíčov</w:t>
      </w:r>
      <w:proofErr w:type="spellEnd"/>
      <w:r w:rsidRPr="003644D3">
        <w:rPr>
          <w:sz w:val="32"/>
          <w:szCs w:val="32"/>
        </w:rPr>
        <w:t>.</w:t>
      </w:r>
    </w:p>
    <w:p w14:paraId="3E67458E" w14:textId="77777777" w:rsidR="003B7412" w:rsidRDefault="00E20734">
      <w:pPr>
        <w:pStyle w:val="Nadpis2"/>
      </w:pPr>
      <w:proofErr w:type="spellStart"/>
      <w:r>
        <w:lastRenderedPageBreak/>
        <w:t>Fotodokumentace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projektu</w:t>
      </w:r>
      <w:proofErr w:type="spellEnd"/>
    </w:p>
    <w:p w14:paraId="1AE43221" w14:textId="77777777" w:rsidR="003B7412" w:rsidRDefault="00E20734">
      <w:r>
        <w:rPr>
          <w:noProof/>
        </w:rPr>
        <w:drawing>
          <wp:inline distT="0" distB="0" distL="0" distR="0" wp14:anchorId="78E99F0B" wp14:editId="3587726A">
            <wp:extent cx="5040000" cy="67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806_1839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D1CA" w14:textId="77777777" w:rsidR="003B7412" w:rsidRDefault="003B7412"/>
    <w:p w14:paraId="7373F5E4" w14:textId="77777777" w:rsidR="003B7412" w:rsidRDefault="00E20734">
      <w:r>
        <w:rPr>
          <w:noProof/>
        </w:rPr>
        <w:lastRenderedPageBreak/>
        <w:drawing>
          <wp:inline distT="0" distB="0" distL="0" distR="0" wp14:anchorId="283D2B72" wp14:editId="4DB86D36">
            <wp:extent cx="5040000" cy="37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7_163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1EEB" w14:textId="77777777" w:rsidR="003B7412" w:rsidRDefault="003B7412"/>
    <w:p w14:paraId="0687F737" w14:textId="77777777" w:rsidR="003B7412" w:rsidRDefault="00E20734">
      <w:r>
        <w:rPr>
          <w:noProof/>
        </w:rPr>
        <w:drawing>
          <wp:inline distT="0" distB="0" distL="0" distR="0" wp14:anchorId="37427E52" wp14:editId="0CF4D121">
            <wp:extent cx="5040000" cy="37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229_0848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A44A" w14:textId="77777777" w:rsidR="003B7412" w:rsidRDefault="003B7412"/>
    <w:p w14:paraId="57628445" w14:textId="77777777" w:rsidR="003B7412" w:rsidRDefault="00E20734">
      <w:r>
        <w:rPr>
          <w:noProof/>
        </w:rPr>
        <w:drawing>
          <wp:inline distT="0" distB="0" distL="0" distR="0" wp14:anchorId="2707A174" wp14:editId="6AC99709">
            <wp:extent cx="5040000" cy="37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007_163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3FA7" w14:textId="77777777" w:rsidR="003B7412" w:rsidRDefault="003B7412"/>
    <w:p w14:paraId="3B8BDBC9" w14:textId="77777777" w:rsidR="003B7412" w:rsidRDefault="00E20734">
      <w:r>
        <w:rPr>
          <w:noProof/>
        </w:rPr>
        <w:lastRenderedPageBreak/>
        <w:drawing>
          <wp:inline distT="0" distB="0" distL="0" distR="0" wp14:anchorId="52B42170" wp14:editId="6373B88D">
            <wp:extent cx="5040000" cy="378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229_08475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7A11" w14:textId="77777777" w:rsidR="003B7412" w:rsidRDefault="003B7412"/>
    <w:p w14:paraId="3F06EC64" w14:textId="77777777" w:rsidR="003B7412" w:rsidRDefault="00E20734">
      <w:r>
        <w:rPr>
          <w:noProof/>
        </w:rPr>
        <w:drawing>
          <wp:inline distT="0" distB="0" distL="0" distR="0" wp14:anchorId="697BE485" wp14:editId="50FAA05A">
            <wp:extent cx="5040000" cy="37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229_08482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88E1" w14:textId="77777777" w:rsidR="003B7412" w:rsidRDefault="003B7412"/>
    <w:p w14:paraId="413ADD54" w14:textId="77777777" w:rsidR="003B7412" w:rsidRDefault="00E20734">
      <w:r>
        <w:t>Tento dokument slouží jako povinná publicita k dotačnímu titulu Jihočeského kraje a je určen k archivaci a zveřejnění dle podmínek poskytovatele dotace.</w:t>
      </w:r>
    </w:p>
    <w:sectPr w:rsidR="003B741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15288450">
    <w:abstractNumId w:val="8"/>
  </w:num>
  <w:num w:numId="2" w16cid:durableId="757872741">
    <w:abstractNumId w:val="6"/>
  </w:num>
  <w:num w:numId="3" w16cid:durableId="1794784088">
    <w:abstractNumId w:val="5"/>
  </w:num>
  <w:num w:numId="4" w16cid:durableId="714231601">
    <w:abstractNumId w:val="4"/>
  </w:num>
  <w:num w:numId="5" w16cid:durableId="968441869">
    <w:abstractNumId w:val="7"/>
  </w:num>
  <w:num w:numId="6" w16cid:durableId="1915315908">
    <w:abstractNumId w:val="3"/>
  </w:num>
  <w:num w:numId="7" w16cid:durableId="2136366966">
    <w:abstractNumId w:val="2"/>
  </w:num>
  <w:num w:numId="8" w16cid:durableId="1841432407">
    <w:abstractNumId w:val="1"/>
  </w:num>
  <w:num w:numId="9" w16cid:durableId="1045449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F079C"/>
    <w:rsid w:val="0029639D"/>
    <w:rsid w:val="002D7C24"/>
    <w:rsid w:val="00326F90"/>
    <w:rsid w:val="003644D3"/>
    <w:rsid w:val="003B7412"/>
    <w:rsid w:val="005635BF"/>
    <w:rsid w:val="00A8005B"/>
    <w:rsid w:val="00AA1D8D"/>
    <w:rsid w:val="00B409AF"/>
    <w:rsid w:val="00B47730"/>
    <w:rsid w:val="00CB0664"/>
    <w:rsid w:val="00E20734"/>
    <w:rsid w:val="00F6536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F10004"/>
  <w14:defaultImageDpi w14:val="300"/>
  <w15:docId w15:val="{174CCD68-8BEF-43F1-B790-1113FA67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Iveta Thomková</cp:lastModifiedBy>
  <cp:revision>2</cp:revision>
  <dcterms:created xsi:type="dcterms:W3CDTF">2025-12-29T18:53:00Z</dcterms:created>
  <dcterms:modified xsi:type="dcterms:W3CDTF">2025-12-29T18:53:00Z</dcterms:modified>
  <cp:category/>
</cp:coreProperties>
</file>