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48032D" w14:textId="77777777" w:rsidR="00DE2892" w:rsidRDefault="005C78F0">
      <w:r>
        <w:rPr>
          <w:noProof/>
        </w:rPr>
        <w:drawing>
          <wp:inline distT="0" distB="0" distL="0" distR="0" wp14:anchorId="0F78A083" wp14:editId="21B27046">
            <wp:extent cx="2880000" cy="1908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čK-logo-new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D7F58" w14:textId="77777777" w:rsidR="00DE2892" w:rsidRPr="00E84A1C" w:rsidRDefault="005C78F0">
      <w:pPr>
        <w:rPr>
          <w:sz w:val="48"/>
          <w:szCs w:val="48"/>
        </w:rPr>
      </w:pPr>
      <w:proofErr w:type="spellStart"/>
      <w:r w:rsidRPr="00E84A1C">
        <w:rPr>
          <w:b/>
          <w:sz w:val="48"/>
          <w:szCs w:val="48"/>
        </w:rPr>
        <w:t>Název</w:t>
      </w:r>
      <w:proofErr w:type="spellEnd"/>
      <w:r w:rsidRPr="00E84A1C">
        <w:rPr>
          <w:b/>
          <w:sz w:val="48"/>
          <w:szCs w:val="48"/>
        </w:rPr>
        <w:t xml:space="preserve"> </w:t>
      </w:r>
      <w:proofErr w:type="spellStart"/>
      <w:r w:rsidRPr="00E84A1C">
        <w:rPr>
          <w:b/>
          <w:sz w:val="48"/>
          <w:szCs w:val="48"/>
        </w:rPr>
        <w:t>akce</w:t>
      </w:r>
      <w:proofErr w:type="spellEnd"/>
      <w:r w:rsidRPr="00E84A1C">
        <w:rPr>
          <w:b/>
          <w:sz w:val="48"/>
          <w:szCs w:val="48"/>
        </w:rPr>
        <w:t xml:space="preserve">: </w:t>
      </w:r>
      <w:proofErr w:type="spellStart"/>
      <w:r w:rsidRPr="00E84A1C">
        <w:rPr>
          <w:sz w:val="48"/>
          <w:szCs w:val="48"/>
        </w:rPr>
        <w:t>Výměna</w:t>
      </w:r>
      <w:proofErr w:type="spellEnd"/>
      <w:r w:rsidRPr="00E84A1C">
        <w:rPr>
          <w:sz w:val="48"/>
          <w:szCs w:val="48"/>
        </w:rPr>
        <w:t xml:space="preserve"> </w:t>
      </w:r>
      <w:proofErr w:type="spellStart"/>
      <w:r w:rsidRPr="00E84A1C">
        <w:rPr>
          <w:sz w:val="48"/>
          <w:szCs w:val="48"/>
        </w:rPr>
        <w:t>vratových</w:t>
      </w:r>
      <w:proofErr w:type="spellEnd"/>
      <w:r w:rsidRPr="00E84A1C">
        <w:rPr>
          <w:sz w:val="48"/>
          <w:szCs w:val="48"/>
        </w:rPr>
        <w:t xml:space="preserve"> výplní Řemíčov č.p. 37</w:t>
      </w:r>
      <w:r w:rsidRPr="00E84A1C">
        <w:rPr>
          <w:sz w:val="48"/>
          <w:szCs w:val="48"/>
        </w:rPr>
        <w:br/>
      </w:r>
      <w:r w:rsidRPr="00E84A1C">
        <w:rPr>
          <w:b/>
          <w:sz w:val="48"/>
          <w:szCs w:val="48"/>
        </w:rPr>
        <w:t xml:space="preserve">Poskytovatel dotace: </w:t>
      </w:r>
      <w:r w:rsidRPr="00E84A1C">
        <w:rPr>
          <w:sz w:val="48"/>
          <w:szCs w:val="48"/>
        </w:rPr>
        <w:t>Jihočeský kraj</w:t>
      </w:r>
      <w:r w:rsidRPr="00E84A1C">
        <w:rPr>
          <w:sz w:val="48"/>
          <w:szCs w:val="48"/>
        </w:rPr>
        <w:br/>
      </w:r>
      <w:r w:rsidRPr="00E84A1C">
        <w:rPr>
          <w:b/>
          <w:sz w:val="48"/>
          <w:szCs w:val="48"/>
        </w:rPr>
        <w:t xml:space="preserve">Program: </w:t>
      </w:r>
      <w:r w:rsidRPr="00E84A1C">
        <w:rPr>
          <w:sz w:val="48"/>
          <w:szCs w:val="48"/>
        </w:rPr>
        <w:t>Program obnovy venkova Jihočeského kraje</w:t>
      </w:r>
      <w:r w:rsidRPr="00E84A1C">
        <w:rPr>
          <w:sz w:val="48"/>
          <w:szCs w:val="48"/>
        </w:rPr>
        <w:br/>
      </w:r>
    </w:p>
    <w:p w14:paraId="538B5651" w14:textId="77777777" w:rsidR="00DE2892" w:rsidRPr="00E84A1C" w:rsidRDefault="005C78F0">
      <w:pPr>
        <w:rPr>
          <w:sz w:val="48"/>
          <w:szCs w:val="48"/>
        </w:rPr>
      </w:pPr>
      <w:r w:rsidRPr="00E84A1C">
        <w:rPr>
          <w:sz w:val="48"/>
          <w:szCs w:val="48"/>
        </w:rPr>
        <w:t>Tato akce je spolufinancována Jihočeským krajem z Programu obnovy venkova Jihočeského kraje.</w:t>
      </w:r>
    </w:p>
    <w:p w14:paraId="237B4B4D" w14:textId="77777777" w:rsidR="00DE2892" w:rsidRDefault="005C78F0">
      <w:r>
        <w:br w:type="page"/>
      </w:r>
    </w:p>
    <w:p w14:paraId="4C0495B3" w14:textId="77777777" w:rsidR="00DE2892" w:rsidRDefault="005C78F0">
      <w:pPr>
        <w:pStyle w:val="Nadpis2"/>
      </w:pPr>
      <w:r>
        <w:lastRenderedPageBreak/>
        <w:t>Fotodokumentace realizace projektu</w:t>
      </w:r>
    </w:p>
    <w:p w14:paraId="66EFCDDD" w14:textId="77777777" w:rsidR="00DE2892" w:rsidRDefault="005C78F0">
      <w:r>
        <w:rPr>
          <w:noProof/>
        </w:rPr>
        <w:drawing>
          <wp:inline distT="0" distB="0" distL="0" distR="0" wp14:anchorId="5589E720" wp14:editId="26748B39">
            <wp:extent cx="5040000" cy="3780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0120_081607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98F53" w14:textId="05C8F8D1" w:rsidR="00DE2892" w:rsidRDefault="00E84A1C">
      <w:r>
        <w:rPr>
          <w:noProof/>
        </w:rPr>
        <w:drawing>
          <wp:inline distT="0" distB="0" distL="0" distR="0" wp14:anchorId="09FE2100" wp14:editId="0F3AEEED">
            <wp:extent cx="5040000" cy="3780000"/>
            <wp:effectExtent l="0" t="0" r="0" b="0"/>
            <wp:docPr id="3" name="Picture 3" descr="Obsah obrázku venku, obloha, budova, nemovitos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Obsah obrázku venku, obloha, budova, nemovitost&#10;&#10;Obsah generovaný pomocí AI může být nesprávný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C162E" w14:textId="6C474A85" w:rsidR="00DE2892" w:rsidRDefault="00DE2892"/>
    <w:p w14:paraId="47ABB0F0" w14:textId="3B52FA5A" w:rsidR="00DE2892" w:rsidRDefault="00E84A1C">
      <w:r>
        <w:rPr>
          <w:noProof/>
        </w:rPr>
        <w:drawing>
          <wp:inline distT="0" distB="0" distL="0" distR="0" wp14:anchorId="795B2AEE" wp14:editId="398ADD4E">
            <wp:extent cx="5040000" cy="3780000"/>
            <wp:effectExtent l="0" t="0" r="0" b="0"/>
            <wp:docPr id="6" name="Picture 6" descr="Obsah obrázku zeď, interiér, opuštěné, strop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Obsah obrázku zeď, interiér, opuštěné, strop&#10;&#10;Obsah generovaný pomocí AI může být nesprávný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FB2F1" w14:textId="2A56B26A" w:rsidR="00DE2892" w:rsidRDefault="00DE2892"/>
    <w:p w14:paraId="0F709388" w14:textId="6241EA44" w:rsidR="00DE2892" w:rsidRDefault="00DE2892"/>
    <w:p w14:paraId="6CD882EC" w14:textId="3B4192B7" w:rsidR="00DE2892" w:rsidRDefault="00DE2892"/>
    <w:p w14:paraId="4923929E" w14:textId="02227191" w:rsidR="00DE2892" w:rsidRDefault="00DE2892"/>
    <w:p w14:paraId="74BC8D0A" w14:textId="6C8C73A7" w:rsidR="00DE2892" w:rsidRDefault="00DE2892"/>
    <w:p w14:paraId="007BAA14" w14:textId="2D132820" w:rsidR="00DE2892" w:rsidRDefault="00DE2892"/>
    <w:p w14:paraId="2338750B" w14:textId="70B512CE" w:rsidR="00DE2892" w:rsidRDefault="00DE2892"/>
    <w:p w14:paraId="47EEEE2E" w14:textId="77777777" w:rsidR="00DE2892" w:rsidRDefault="00DE2892"/>
    <w:p w14:paraId="34342F1E" w14:textId="77777777" w:rsidR="00DE2892" w:rsidRDefault="005C78F0">
      <w:r>
        <w:rPr>
          <w:noProof/>
        </w:rPr>
        <w:lastRenderedPageBreak/>
        <w:drawing>
          <wp:inline distT="0" distB="0" distL="0" distR="0" wp14:anchorId="642D5D57" wp14:editId="3B62B8E2">
            <wp:extent cx="5040000" cy="3780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1229_08473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0704F" w14:textId="77777777" w:rsidR="00DE2892" w:rsidRDefault="00DE2892"/>
    <w:p w14:paraId="18E15B72" w14:textId="77777777" w:rsidR="00DE2892" w:rsidRDefault="005C78F0">
      <w:r>
        <w:rPr>
          <w:noProof/>
        </w:rPr>
        <w:drawing>
          <wp:inline distT="0" distB="0" distL="0" distR="0" wp14:anchorId="555B8D9E" wp14:editId="3454C63C">
            <wp:extent cx="5040000" cy="3780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1229_08473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2892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455247767">
    <w:abstractNumId w:val="8"/>
  </w:num>
  <w:num w:numId="2" w16cid:durableId="1395549305">
    <w:abstractNumId w:val="6"/>
  </w:num>
  <w:num w:numId="3" w16cid:durableId="297615543">
    <w:abstractNumId w:val="5"/>
  </w:num>
  <w:num w:numId="4" w16cid:durableId="1195926083">
    <w:abstractNumId w:val="4"/>
  </w:num>
  <w:num w:numId="5" w16cid:durableId="1615865090">
    <w:abstractNumId w:val="7"/>
  </w:num>
  <w:num w:numId="6" w16cid:durableId="2074616811">
    <w:abstractNumId w:val="3"/>
  </w:num>
  <w:num w:numId="7" w16cid:durableId="421610503">
    <w:abstractNumId w:val="2"/>
  </w:num>
  <w:num w:numId="8" w16cid:durableId="1949964589">
    <w:abstractNumId w:val="1"/>
  </w:num>
  <w:num w:numId="9" w16cid:durableId="9382978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15074B"/>
    <w:rsid w:val="0029639D"/>
    <w:rsid w:val="00326F90"/>
    <w:rsid w:val="004239FC"/>
    <w:rsid w:val="005A7974"/>
    <w:rsid w:val="005C78F0"/>
    <w:rsid w:val="00A11508"/>
    <w:rsid w:val="00AA1D8D"/>
    <w:rsid w:val="00B47730"/>
    <w:rsid w:val="00CB0664"/>
    <w:rsid w:val="00DE2892"/>
    <w:rsid w:val="00E46692"/>
    <w:rsid w:val="00E84A1C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3411904"/>
  <w14:defaultImageDpi w14:val="300"/>
  <w15:docId w15:val="{1B4BFB98-C1DE-4C1D-B7AC-67C0146D65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693F"/>
  </w:style>
  <w:style w:type="paragraph" w:styleId="Nadpis1">
    <w:name w:val="heading 1"/>
    <w:basedOn w:val="Normln"/>
    <w:next w:val="Normln"/>
    <w:link w:val="Nadpis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618BF"/>
  </w:style>
  <w:style w:type="paragraph" w:styleId="Zpat">
    <w:name w:val="footer"/>
    <w:basedOn w:val="Normln"/>
    <w:link w:val="Zpat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618BF"/>
  </w:style>
  <w:style w:type="paragraph" w:styleId="Bezmezer">
    <w:name w:val="No Spacing"/>
    <w:uiPriority w:val="1"/>
    <w:qFormat/>
    <w:rsid w:val="00FC693F"/>
    <w:pPr>
      <w:spacing w:after="0" w:line="240" w:lineRule="auto"/>
    </w:pPr>
  </w:style>
  <w:style w:type="character" w:customStyle="1" w:styleId="Nadpis1Char">
    <w:name w:val="Nadpis 1 Char"/>
    <w:basedOn w:val="Standardnpsmoodstavce"/>
    <w:link w:val="Nadpis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zev">
    <w:name w:val="Title"/>
    <w:basedOn w:val="Normln"/>
    <w:next w:val="Normln"/>
    <w:link w:val="Nzev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nadpisChar">
    <w:name w:val="Podnadpis Char"/>
    <w:basedOn w:val="Standardnpsmoodstavce"/>
    <w:link w:val="Podnadpis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FC693F"/>
    <w:pPr>
      <w:ind w:left="720"/>
      <w:contextualSpacing/>
    </w:pPr>
  </w:style>
  <w:style w:type="paragraph" w:styleId="Zkladntext">
    <w:name w:val="Body Text"/>
    <w:basedOn w:val="Normln"/>
    <w:link w:val="ZkladntextChar"/>
    <w:uiPriority w:val="99"/>
    <w:unhideWhenUsed/>
    <w:rsid w:val="00AA1D8D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rsid w:val="00AA1D8D"/>
  </w:style>
  <w:style w:type="paragraph" w:styleId="Zkladntext2">
    <w:name w:val="Body Text 2"/>
    <w:basedOn w:val="Normln"/>
    <w:link w:val="Zkladntext2Char"/>
    <w:uiPriority w:val="99"/>
    <w:unhideWhenUsed/>
    <w:rsid w:val="00AA1D8D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rsid w:val="00AA1D8D"/>
  </w:style>
  <w:style w:type="paragraph" w:styleId="Zkladntext3">
    <w:name w:val="Body Text 3"/>
    <w:basedOn w:val="Normln"/>
    <w:link w:val="Zkladn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rsid w:val="00AA1D8D"/>
    <w:rPr>
      <w:sz w:val="16"/>
      <w:szCs w:val="16"/>
    </w:rPr>
  </w:style>
  <w:style w:type="paragraph" w:styleId="Seznam">
    <w:name w:val="List"/>
    <w:basedOn w:val="Normln"/>
    <w:uiPriority w:val="99"/>
    <w:unhideWhenUsed/>
    <w:rsid w:val="00AA1D8D"/>
    <w:pPr>
      <w:ind w:left="360" w:hanging="360"/>
      <w:contextualSpacing/>
    </w:pPr>
  </w:style>
  <w:style w:type="paragraph" w:styleId="Seznam2">
    <w:name w:val="List 2"/>
    <w:basedOn w:val="Normln"/>
    <w:uiPriority w:val="99"/>
    <w:unhideWhenUsed/>
    <w:rsid w:val="00326F90"/>
    <w:pPr>
      <w:ind w:left="720" w:hanging="360"/>
      <w:contextualSpacing/>
    </w:pPr>
  </w:style>
  <w:style w:type="paragraph" w:styleId="Seznam3">
    <w:name w:val="List 3"/>
    <w:basedOn w:val="Normln"/>
    <w:uiPriority w:val="99"/>
    <w:unhideWhenUsed/>
    <w:rsid w:val="00326F90"/>
    <w:pPr>
      <w:ind w:left="1080" w:hanging="360"/>
      <w:contextualSpacing/>
    </w:pPr>
  </w:style>
  <w:style w:type="paragraph" w:styleId="Seznamsodrkami">
    <w:name w:val="List Bullet"/>
    <w:basedOn w:val="Normln"/>
    <w:uiPriority w:val="99"/>
    <w:unhideWhenUsed/>
    <w:rsid w:val="00326F90"/>
    <w:pPr>
      <w:numPr>
        <w:numId w:val="1"/>
      </w:numPr>
      <w:contextualSpacing/>
    </w:pPr>
  </w:style>
  <w:style w:type="paragraph" w:styleId="Seznamsodrkami2">
    <w:name w:val="List Bullet 2"/>
    <w:basedOn w:val="Normln"/>
    <w:uiPriority w:val="99"/>
    <w:unhideWhenUsed/>
    <w:rsid w:val="00326F90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unhideWhenUsed/>
    <w:rsid w:val="00326F90"/>
    <w:pPr>
      <w:numPr>
        <w:numId w:val="3"/>
      </w:numPr>
      <w:contextualSpacing/>
    </w:pPr>
  </w:style>
  <w:style w:type="paragraph" w:styleId="slovanseznam">
    <w:name w:val="List Number"/>
    <w:basedOn w:val="Normln"/>
    <w:uiPriority w:val="99"/>
    <w:unhideWhenUsed/>
    <w:rsid w:val="00326F90"/>
    <w:pPr>
      <w:numPr>
        <w:numId w:val="5"/>
      </w:numPr>
      <w:contextualSpacing/>
    </w:pPr>
  </w:style>
  <w:style w:type="paragraph" w:styleId="slovanseznam2">
    <w:name w:val="List Number 2"/>
    <w:basedOn w:val="Normln"/>
    <w:uiPriority w:val="99"/>
    <w:unhideWhenUsed/>
    <w:rsid w:val="0029639D"/>
    <w:pPr>
      <w:numPr>
        <w:numId w:val="6"/>
      </w:numPr>
      <w:contextualSpacing/>
    </w:pPr>
  </w:style>
  <w:style w:type="paragraph" w:styleId="slovanseznam3">
    <w:name w:val="List Number 3"/>
    <w:basedOn w:val="Normln"/>
    <w:uiPriority w:val="99"/>
    <w:unhideWhenUsed/>
    <w:rsid w:val="0029639D"/>
    <w:pPr>
      <w:numPr>
        <w:numId w:val="7"/>
      </w:numPr>
      <w:contextualSpacing/>
    </w:pPr>
  </w:style>
  <w:style w:type="paragraph" w:styleId="Pokraovnseznamu">
    <w:name w:val="List Continue"/>
    <w:basedOn w:val="Normln"/>
    <w:uiPriority w:val="99"/>
    <w:unhideWhenUsed/>
    <w:rsid w:val="0029639D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unhideWhenUsed/>
    <w:rsid w:val="0029639D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unhideWhenUsed/>
    <w:rsid w:val="0029639D"/>
    <w:pPr>
      <w:spacing w:after="120"/>
      <w:ind w:left="1080"/>
      <w:contextualSpacing/>
    </w:pPr>
  </w:style>
  <w:style w:type="paragraph" w:styleId="Textmakra">
    <w:name w:val="macro"/>
    <w:link w:val="Textmakra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rsid w:val="0029639D"/>
    <w:rPr>
      <w:rFonts w:ascii="Courier" w:hAnsi="Courier"/>
      <w:sz w:val="20"/>
      <w:szCs w:val="20"/>
    </w:rPr>
  </w:style>
  <w:style w:type="paragraph" w:styleId="Citt">
    <w:name w:val="Quote"/>
    <w:basedOn w:val="Normln"/>
    <w:next w:val="Normln"/>
    <w:link w:val="CittChar"/>
    <w:uiPriority w:val="29"/>
    <w:qFormat/>
    <w:rsid w:val="00FC693F"/>
    <w:rPr>
      <w:i/>
      <w:iCs/>
      <w:color w:val="000000" w:themeColor="text1"/>
    </w:rPr>
  </w:style>
  <w:style w:type="character" w:customStyle="1" w:styleId="CittChar">
    <w:name w:val="Citát Char"/>
    <w:basedOn w:val="Standardnpsmoodstavce"/>
    <w:link w:val="Citt"/>
    <w:uiPriority w:val="29"/>
    <w:rsid w:val="00FC693F"/>
    <w:rPr>
      <w:i/>
      <w:iCs/>
      <w:color w:val="000000" w:themeColor="text1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iln">
    <w:name w:val="Strong"/>
    <w:basedOn w:val="Standardnpsmoodstavce"/>
    <w:uiPriority w:val="22"/>
    <w:qFormat/>
    <w:rsid w:val="00FC693F"/>
    <w:rPr>
      <w:b/>
      <w:bCs/>
    </w:rPr>
  </w:style>
  <w:style w:type="character" w:styleId="Zdraznn">
    <w:name w:val="Emphasis"/>
    <w:basedOn w:val="Standardnpsmoodstavce"/>
    <w:uiPriority w:val="20"/>
    <w:qFormat/>
    <w:rsid w:val="00FC693F"/>
    <w:rPr>
      <w:i/>
      <w:iCs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FC693F"/>
    <w:rPr>
      <w:b/>
      <w:bCs/>
      <w:i/>
      <w:iCs/>
      <w:color w:val="4F81BD" w:themeColor="accent1"/>
    </w:rPr>
  </w:style>
  <w:style w:type="character" w:styleId="Zdraznnjemn">
    <w:name w:val="Subtle Emphasis"/>
    <w:basedOn w:val="Standardnpsmoodstavce"/>
    <w:uiPriority w:val="19"/>
    <w:qFormat/>
    <w:rsid w:val="00FC693F"/>
    <w:rPr>
      <w:i/>
      <w:iCs/>
      <w:color w:val="808080" w:themeColor="text1" w:themeTint="7F"/>
    </w:rPr>
  </w:style>
  <w:style w:type="character" w:styleId="Zdraznnintenzivn">
    <w:name w:val="Intense Emphasis"/>
    <w:basedOn w:val="Standardnpsmoodstavce"/>
    <w:uiPriority w:val="21"/>
    <w:qFormat/>
    <w:rsid w:val="00FC693F"/>
    <w:rPr>
      <w:b/>
      <w:bCs/>
      <w:i/>
      <w:iCs/>
      <w:color w:val="4F81BD" w:themeColor="accent1"/>
    </w:rPr>
  </w:style>
  <w:style w:type="character" w:styleId="Odkazjemn">
    <w:name w:val="Subtle Reference"/>
    <w:basedOn w:val="Standardnpsmoodstavce"/>
    <w:uiPriority w:val="31"/>
    <w:qFormat/>
    <w:rsid w:val="00FC693F"/>
    <w:rPr>
      <w:smallCaps/>
      <w:color w:val="C0504D" w:themeColor="accent2"/>
      <w:u w:val="single"/>
    </w:rPr>
  </w:style>
  <w:style w:type="character" w:styleId="Odkazintenzivn">
    <w:name w:val="Intense Reference"/>
    <w:basedOn w:val="Standardnpsmoodstavce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Nzevknihy">
    <w:name w:val="Book Title"/>
    <w:basedOn w:val="Standardnpsmoodstavce"/>
    <w:uiPriority w:val="33"/>
    <w:qFormat/>
    <w:rsid w:val="00FC693F"/>
    <w:rPr>
      <w:b/>
      <w:bCs/>
      <w:smallCaps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FC693F"/>
    <w:pPr>
      <w:outlineLvl w:val="9"/>
    </w:pPr>
  </w:style>
  <w:style w:type="table" w:styleId="Mkatabulky">
    <w:name w:val="Table Grid"/>
    <w:basedOn w:val="Normlntabulka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vtlstnovn">
    <w:name w:val="Light Shading"/>
    <w:basedOn w:val="Normlntabulka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vtlstnovnzvraznn2">
    <w:name w:val="Light Shading Accent 2"/>
    <w:basedOn w:val="Normlntabulka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vtlstnovnzvraznn3">
    <w:name w:val="Light Shading Accent 3"/>
    <w:basedOn w:val="Normlntabulka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vtlstnovnzvraznn4">
    <w:name w:val="Light Shading Accent 4"/>
    <w:basedOn w:val="Normlntabulka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vtlstnovnzvraznn5">
    <w:name w:val="Light Shading Accent 5"/>
    <w:basedOn w:val="Normlntabulka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vtlstnovnzvraznn6">
    <w:name w:val="Light Shading Accent 6"/>
    <w:basedOn w:val="Normlntabulka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Svtlseznam">
    <w:name w:val="Light List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Svtlseznamzvraznn2">
    <w:name w:val="Light List Accent 2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Svtlseznamzvraznn3">
    <w:name w:val="Light List Accent 3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Svtlseznamzvraznn4">
    <w:name w:val="Light List Accent 4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Svtlseznamzvraznn5">
    <w:name w:val="Light List Accent 5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Svtlseznamzvraznn6">
    <w:name w:val="Light List Accent 6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Svtlmka">
    <w:name w:val="Light Grid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Svtlmkazvraznn2">
    <w:name w:val="Light Grid Accent 2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Svtlmkazvraznn3">
    <w:name w:val="Light Grid Accent 3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Svtlmkazvraznn4">
    <w:name w:val="Light Grid Accent 4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Svtlmkazvraznn5">
    <w:name w:val="Light Grid Accent 5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Svtlmkazvraznn6">
    <w:name w:val="Light Grid Accent 6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tednstnovn1">
    <w:name w:val="Medium Shading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eznam1">
    <w:name w:val="Medium Lis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Stednseznam1zvraznn2">
    <w:name w:val="Medium List 1 Accent 2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Stednseznam1zvraznn3">
    <w:name w:val="Medium List 1 Accent 3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Stednseznam1zvraznn4">
    <w:name w:val="Medium List 1 Accent 4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Stednseznam1zvraznn5">
    <w:name w:val="Medium List 1 Accent 5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Stednseznam1zvraznn6">
    <w:name w:val="Medium List 1 Accent 6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Stednseznam2">
    <w:name w:val="Medium Lis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mka1">
    <w:name w:val="Medium Grid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Stednmka1zvraznn2">
    <w:name w:val="Medium Grid 1 Accent 2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Stednmka1zvraznn3">
    <w:name w:val="Medium Grid 1 Accent 3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tednmka1zvraznn4">
    <w:name w:val="Medium Grid 1 Accent 4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Stednmka1zvraznn5">
    <w:name w:val="Medium Grid 1 Accent 5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Stednmka1zvraznn6">
    <w:name w:val="Medium Grid 1 Accent 6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Stednmka2">
    <w:name w:val="Medium Grid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Stednmka3zvraznn2">
    <w:name w:val="Medium Grid 3 Accent 2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Stednmka3zvraznn3">
    <w:name w:val="Medium Grid 3 Accent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Stednmka3zvraznn4">
    <w:name w:val="Medium Grid 3 Accent 4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Stednmka3zvraznn5">
    <w:name w:val="Medium Grid 3 Accent 5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Stednmka3zvraznn6">
    <w:name w:val="Medium Grid 3 Accent 6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Tmavseznam">
    <w:name w:val="Dark List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Tmavseznamzvraznn2">
    <w:name w:val="Dark List Accent 2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Tmavseznamzvraznn3">
    <w:name w:val="Dark List Accent 3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Tmavseznamzvraznn4">
    <w:name w:val="Dark List Accent 4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Tmavseznamzvraznn5">
    <w:name w:val="Dark List Accent 5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Tmavseznamzvraznn6">
    <w:name w:val="Dark List Accent 6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Barevnstnovn">
    <w:name w:val="Colorful Shading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eznam">
    <w:name w:val="Colorful List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Barevnseznamzvraznn2">
    <w:name w:val="Colorful List Accent 2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Barevnseznamzvraznn3">
    <w:name w:val="Colorful List Accent 3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Barevnseznamzvraznn4">
    <w:name w:val="Colorful List Accent 4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Barevnseznamzvraznn5">
    <w:name w:val="Colorful List Accent 5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Barevnseznamzvraznn6">
    <w:name w:val="Colorful List Accent 6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Barevnmka">
    <w:name w:val="Colorful Grid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Barevnmkazvraznn2">
    <w:name w:val="Colorful Grid Accent 2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Barevnmkazvraznn3">
    <w:name w:val="Colorful Grid Accent 3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mkazvraznn4">
    <w:name w:val="Colorful Grid Accent 4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Barevnmkazvraznn5">
    <w:name w:val="Colorful Grid Accent 5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Barevnmkazvraznn6">
    <w:name w:val="Colorful Grid Accent 6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jp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0" Type="http://schemas.openxmlformats.org/officeDocument/2006/relationships/image" Target="media/image5.jpg"/><Relationship Id="rId4" Type="http://schemas.openxmlformats.org/officeDocument/2006/relationships/settings" Target="setting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38</Words>
  <Characters>253</Characters>
  <Application>Microsoft Office Word</Application>
  <DocSecurity>0</DocSecurity>
  <Lines>23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288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Iveta Thomková</cp:lastModifiedBy>
  <cp:revision>2</cp:revision>
  <dcterms:created xsi:type="dcterms:W3CDTF">2026-01-15T16:02:00Z</dcterms:created>
  <dcterms:modified xsi:type="dcterms:W3CDTF">2026-01-15T16:02:00Z</dcterms:modified>
  <cp:category/>
</cp:coreProperties>
</file>